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end"/>
        <w:rPr/>
      </w:pPr>
      <w:r>
        <w:rPr/>
        <w:drawing>
          <wp:inline distT="0" distB="0" distL="0" distR="0">
            <wp:extent cx="1511935" cy="373380"/>
            <wp:effectExtent l="0" t="0" r="0" b="0"/>
            <wp:docPr id="1" name="Picture 1" descr="Logo Kancelarii Doradcy Podatkowego Super Nowa" title="Super N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Kancelarii Doradcy Podatkowego Super Nowa" title="Super Now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ormTitle"/>
        <w:keepNext w:val="true"/>
        <w:spacing w:lineRule="auto" w:line="240" w:before="0" w:after="20"/>
        <w:rPr>
          <w:rFonts w:ascii="Arial" w:hAnsi="Arial"/>
          <w:b/>
          <w:bCs/>
          <w:i w:val="false"/>
          <w:color w:val="0B2239"/>
          <w:sz w:val="20"/>
          <w:szCs w:val="20"/>
        </w:rPr>
      </w:pPr>
      <w:r>
        <w:rPr>
          <w:b/>
          <w:bCs/>
          <w:i w:val="false"/>
          <w:color w:val="0B2239"/>
          <w:sz w:val="20"/>
          <w:szCs w:val="20"/>
        </w:rPr>
      </w:r>
    </w:p>
    <w:p>
      <w:pPr>
        <w:pStyle w:val="BodyText"/>
        <w:spacing w:lineRule="auto" w:line="240" w:before="0" w:after="20"/>
        <w:rPr>
          <w:b w:val="false"/>
          <w:bCs w:val="false"/>
          <w:color w:val="B79557"/>
          <w:sz w:val="21"/>
          <w:szCs w:val="21"/>
          <w:bdr w:val="single" w:sz="2" w:space="1" w:color="FFFFFF"/>
        </w:rPr>
      </w:pPr>
      <w:r>
        <w:rPr>
          <w:b w:val="false"/>
          <w:bCs w:val="false"/>
          <w:i w:val="false"/>
          <w:color w:val="B79557"/>
          <w:sz w:val="21"/>
          <w:szCs w:val="21"/>
          <w:bdr w:val="single" w:sz="2" w:space="1" w:color="FFFFFF"/>
        </w:rPr>
        <w:t>KARTA ZGŁOSZENI</w:t>
      </w:r>
      <w:r>
        <w:rPr>
          <w:b w:val="false"/>
          <w:bCs w:val="false"/>
          <w:i w:val="false"/>
          <w:color w:val="B79557"/>
          <w:sz w:val="21"/>
          <w:szCs w:val="21"/>
          <w:bdr w:val="single" w:sz="2" w:space="1" w:color="FFFFFF"/>
        </w:rPr>
        <w:t>A</w:t>
      </w:r>
    </w:p>
    <w:p>
      <w:pPr>
        <w:pStyle w:val="BodyText"/>
        <w:pBdr>
          <w:top w:val="single" w:sz="2" w:space="1" w:color="FFFFFF"/>
          <w:left w:val="single" w:sz="2" w:space="1" w:color="FFFFFF"/>
          <w:bottom w:val="single" w:sz="2" w:space="1" w:color="FFFFFF"/>
          <w:right w:val="single" w:sz="2" w:space="1" w:color="FFFFFF"/>
        </w:pBdr>
        <w:spacing w:lineRule="auto" w:line="240" w:before="0" w:after="0"/>
        <w:ind w:hanging="0" w:start="0" w:end="0"/>
        <w:rPr>
          <w:b w:val="false"/>
          <w:bCs w:val="false"/>
          <w:i w:val="false"/>
          <w:iCs w:val="false"/>
          <w:color w:val="0B2239"/>
          <w:sz w:val="21"/>
          <w:szCs w:val="21"/>
          <w:u w:val="none"/>
          <w:bdr w:val="single" w:sz="2" w:space="1" w:color="FFFFFF"/>
        </w:rPr>
      </w:pPr>
      <w:r>
        <w:rPr>
          <w:b w:val="false"/>
          <w:bCs w:val="false"/>
          <w:i w:val="false"/>
          <w:iCs w:val="false"/>
          <w:color w:val="0B2239"/>
          <w:sz w:val="21"/>
          <w:szCs w:val="21"/>
          <w:u w:val="none"/>
          <w:bdr w:val="single" w:sz="2" w:space="1" w:color="FFFFFF"/>
        </w:rPr>
        <w:t>REWOLUCJA W PRAWIE PRACY 2026 – PRAKTYCZNE WDROŻENIE I NOWE OBOWIĄZKI HR</w:t>
      </w:r>
    </w:p>
    <w:p>
      <w:pPr>
        <w:pStyle w:val="BodyText"/>
        <w:pBdr>
          <w:top w:val="single" w:sz="2" w:space="1" w:color="FFFFFF"/>
          <w:left w:val="single" w:sz="2" w:space="1" w:color="FFFFFF"/>
          <w:bottom w:val="single" w:sz="2" w:space="1" w:color="FFFFFF"/>
          <w:right w:val="single" w:sz="2" w:space="1" w:color="FFFFFF"/>
        </w:pBdr>
        <w:spacing w:lineRule="auto" w:line="240" w:before="0" w:after="0"/>
        <w:ind w:hanging="0" w:start="0" w:end="0"/>
        <w:rPr>
          <w:rFonts w:ascii="Arial" w:hAnsi="Arial"/>
          <w:b w:val="false"/>
          <w:bCs w:val="false"/>
          <w:i w:val="false"/>
          <w:color w:val="B79557"/>
          <w:sz w:val="24"/>
          <w:szCs w:val="24"/>
          <w:bdr w:val="single" w:sz="2" w:space="1" w:color="FFFFFF"/>
        </w:rPr>
      </w:pPr>
      <w:r>
        <w:rPr>
          <w:b w:val="false"/>
          <w:bCs w:val="false"/>
          <w:i w:val="false"/>
          <w:color w:val="B79557"/>
          <w:sz w:val="24"/>
          <w:szCs w:val="24"/>
          <w:bdr w:val="single" w:sz="2" w:space="1" w:color="FFFFFF"/>
        </w:rPr>
      </w:r>
    </w:p>
    <w:tbl>
      <w:tblPr>
        <w:tblW w:w="10317" w:type="dxa"/>
        <w:jc w:val="start"/>
        <w:tblInd w:w="150" w:type="dxa"/>
        <w:tblLayout w:type="fixed"/>
        <w:tblCellMar>
          <w:top w:w="110" w:type="dxa"/>
          <w:start w:w="150" w:type="dxa"/>
          <w:bottom w:w="115" w:type="dxa"/>
          <w:end w:w="150" w:type="dxa"/>
        </w:tblCellMar>
        <w:tblLook w:val="04a0" w:firstRow="1" w:noVBand="1" w:lastRow="0" w:firstColumn="1" w:lastColumn="0" w:noHBand="0"/>
      </w:tblPr>
      <w:tblGrid>
        <w:gridCol w:w="3460"/>
        <w:gridCol w:w="3420"/>
        <w:gridCol w:w="3437"/>
      </w:tblGrid>
      <w:tr>
        <w:trPr>
          <w:trHeight w:val="737" w:hRule="atLeast"/>
        </w:trPr>
        <w:tc>
          <w:tcPr>
            <w:tcW w:w="3460" w:type="dxa"/>
            <w:tcBorders>
              <w:top w:val="single" w:sz="6" w:space="0" w:color="F7F9FA"/>
              <w:start w:val="single" w:sz="6" w:space="0" w:color="F7F9FA"/>
              <w:bottom w:val="single" w:sz="6" w:space="0" w:color="F7F9FA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B79557"/>
                <w:sz w:val="13"/>
              </w:rPr>
              <w:t>TERMIN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i w:val="false"/>
                <w:color w:val="FFFFFF"/>
                <w:sz w:val="16"/>
              </w:rPr>
              <w:t>16 września 2026 r.</w:t>
            </w:r>
          </w:p>
        </w:tc>
        <w:tc>
          <w:tcPr>
            <w:tcW w:w="3420" w:type="dxa"/>
            <w:tcBorders>
              <w:top w:val="single" w:sz="6" w:space="0" w:color="F7F9FA"/>
              <w:bottom w:val="single" w:sz="6" w:space="0" w:color="F7F9FA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B79557"/>
                <w:sz w:val="13"/>
              </w:rPr>
              <w:t>GODZINY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i w:val="false"/>
                <w:color w:val="FFFFFF"/>
                <w:sz w:val="16"/>
              </w:rPr>
              <w:t>9:00-15:00</w:t>
            </w:r>
          </w:p>
        </w:tc>
        <w:tc>
          <w:tcPr>
            <w:tcW w:w="3437" w:type="dxa"/>
            <w:tcBorders>
              <w:top w:val="single" w:sz="6" w:space="0" w:color="F7F9FA"/>
              <w:bottom w:val="single" w:sz="6" w:space="0" w:color="F7F9FA"/>
              <w:end w:val="single" w:sz="6" w:space="0" w:color="F7F9FA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B79557"/>
                <w:sz w:val="13"/>
              </w:rPr>
              <w:t>FORMA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i w:val="false"/>
                <w:color w:val="FFFFFF"/>
                <w:sz w:val="16"/>
              </w:rPr>
              <w:t>S</w:t>
            </w:r>
            <w:r>
              <w:rPr>
                <w:b/>
                <w:i w:val="false"/>
                <w:color w:val="FFFFFF"/>
                <w:sz w:val="16"/>
              </w:rPr>
              <w:t>zkolenie stacjonarne</w:t>
            </w:r>
          </w:p>
        </w:tc>
      </w:tr>
    </w:tbl>
    <w:p>
      <w:pPr>
        <w:pStyle w:val="Normal"/>
        <w:keepNext w:val="true"/>
        <w:shd w:val="clear" w:fill="EDF2F4"/>
        <w:spacing w:lineRule="auto" w:line="240" w:before="80" w:after="80"/>
        <w:ind w:hanging="0" w:start="0" w:end="113"/>
        <w:rPr/>
      </w:pPr>
      <w:r>
        <w:rPr>
          <w:b/>
          <w:i w:val="false"/>
          <w:color w:val="0B2239"/>
          <w:sz w:val="16"/>
        </w:rPr>
        <w:t>DANE NABYWCY / DANE DO FAKTURY VAT</w:t>
      </w:r>
    </w:p>
    <w:tbl>
      <w:tblPr>
        <w:tblW w:w="10317" w:type="dxa"/>
        <w:jc w:val="start"/>
        <w:tblInd w:w="125" w:type="dxa"/>
        <w:tblLayout w:type="fixed"/>
        <w:tblCellMar>
          <w:top w:w="70" w:type="dxa"/>
          <w:start w:w="125" w:type="dxa"/>
          <w:bottom w:w="80" w:type="dxa"/>
          <w:end w:w="125" w:type="dxa"/>
        </w:tblCellMar>
        <w:tblLook w:val="04a0" w:firstRow="1" w:noVBand="1" w:lastRow="0" w:firstColumn="1" w:lastColumn="0" w:noHBand="0"/>
      </w:tblPr>
      <w:tblGrid>
        <w:gridCol w:w="3314"/>
        <w:gridCol w:w="3315"/>
        <w:gridCol w:w="3688"/>
      </w:tblGrid>
      <w:tr>
        <w:trPr>
          <w:trHeight w:val="510" w:hRule="atLeast"/>
        </w:trPr>
        <w:tc>
          <w:tcPr>
            <w:tcW w:w="10317" w:type="dxa"/>
            <w:gridSpan w:val="3"/>
            <w:tcBorders>
              <w:bottom w:val="single" w:sz="10" w:space="0" w:color="B79557"/>
            </w:tcBorders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667684"/>
                <w:sz w:val="13"/>
              </w:rPr>
              <w:t>NAZWA NABYWCY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0317" w:type="dxa"/>
            <w:gridSpan w:val="3"/>
            <w:tcBorders>
              <w:bottom w:val="single" w:sz="10" w:space="0" w:color="B79557"/>
            </w:tcBorders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667684"/>
                <w:sz w:val="13"/>
              </w:rPr>
              <w:t>ADRES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314" w:type="dxa"/>
            <w:tcBorders>
              <w:bottom w:val="single" w:sz="10" w:space="0" w:color="B79557"/>
            </w:tcBorders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667684"/>
                <w:sz w:val="13"/>
              </w:rPr>
              <w:t>NIP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15" w:type="dxa"/>
            <w:tcBorders>
              <w:bottom w:val="single" w:sz="10" w:space="0" w:color="B79557"/>
            </w:tcBorders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667684"/>
                <w:sz w:val="13"/>
              </w:rPr>
              <w:t>TELEFON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88" w:type="dxa"/>
            <w:tcBorders>
              <w:bottom w:val="single" w:sz="10" w:space="0" w:color="B79557"/>
            </w:tcBorders>
            <w:vAlign w:val="center"/>
          </w:tcPr>
          <w:p>
            <w:pPr>
              <w:pStyle w:val="Normal"/>
              <w:spacing w:lineRule="auto" w:line="240" w:before="0" w:after="20"/>
              <w:rPr/>
            </w:pPr>
            <w:r>
              <w:rPr>
                <w:b/>
                <w:i w:val="false"/>
                <w:color w:val="667684"/>
                <w:sz w:val="13"/>
              </w:rPr>
              <w:t>E-MAIL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 w:val="true"/>
        <w:shd w:val="clear" w:fill="EDF2F4"/>
        <w:spacing w:lineRule="auto" w:line="240" w:before="80" w:after="80"/>
        <w:ind w:hanging="0" w:start="0" w:end="113"/>
        <w:rPr/>
      </w:pPr>
      <w:r>
        <w:rPr>
          <w:b/>
          <w:i w:val="false"/>
          <w:color w:val="0B2239"/>
          <w:sz w:val="16"/>
        </w:rPr>
        <w:t>UCZESTNICY SZKOLENIA</w:t>
      </w:r>
    </w:p>
    <w:tbl>
      <w:tblPr>
        <w:tblW w:w="10317" w:type="dxa"/>
        <w:jc w:val="start"/>
        <w:tblInd w:w="100" w:type="dxa"/>
        <w:tblLayout w:type="fixed"/>
        <w:tblCellMar>
          <w:top w:w="90" w:type="dxa"/>
          <w:start w:w="100" w:type="dxa"/>
          <w:bottom w:w="90" w:type="dxa"/>
          <w:end w:w="100" w:type="dxa"/>
        </w:tblCellMar>
        <w:tblLook w:val="04a0" w:firstRow="1" w:noVBand="1" w:lastRow="0" w:firstColumn="1" w:lastColumn="0" w:noHBand="0"/>
      </w:tblPr>
      <w:tblGrid>
        <w:gridCol w:w="699"/>
        <w:gridCol w:w="3650"/>
        <w:gridCol w:w="3601"/>
        <w:gridCol w:w="2367"/>
      </w:tblGrid>
      <w:tr>
        <w:trPr>
          <w:tblHeader w:val="true"/>
          <w:trHeight w:val="510" w:hRule="atLeast"/>
        </w:trPr>
        <w:tc>
          <w:tcPr>
            <w:tcW w:w="699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FFFFFF"/>
                <w:sz w:val="14"/>
              </w:rPr>
              <w:t>LP.</w:t>
            </w:r>
          </w:p>
        </w:tc>
        <w:tc>
          <w:tcPr>
            <w:tcW w:w="3650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FFFFFF"/>
                <w:sz w:val="14"/>
              </w:rPr>
              <w:t>NAZWISKO</w:t>
            </w:r>
          </w:p>
        </w:tc>
        <w:tc>
          <w:tcPr>
            <w:tcW w:w="3601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FFFFFF"/>
                <w:sz w:val="14"/>
              </w:rPr>
              <w:t>IMIĘ</w:t>
            </w:r>
          </w:p>
        </w:tc>
        <w:tc>
          <w:tcPr>
            <w:tcW w:w="2367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0B223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FFFFFF"/>
                <w:sz w:val="13"/>
              </w:rPr>
              <w:t>DORADCA PODATKOWY*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0B2239"/>
                <w:sz w:val="16"/>
              </w:rPr>
              <w:t>1.</w:t>
            </w:r>
          </w:p>
        </w:tc>
        <w:tc>
          <w:tcPr>
            <w:tcW w:w="3650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3601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2367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0B2239"/>
                <w:sz w:val="16"/>
              </w:rPr>
              <w:t>2.</w:t>
            </w:r>
          </w:p>
        </w:tc>
        <w:tc>
          <w:tcPr>
            <w:tcW w:w="3650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3601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2367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0B2239"/>
                <w:sz w:val="16"/>
              </w:rPr>
              <w:t>3.</w:t>
            </w:r>
          </w:p>
        </w:tc>
        <w:tc>
          <w:tcPr>
            <w:tcW w:w="3650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3601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2367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0B2239"/>
                <w:sz w:val="16"/>
              </w:rPr>
              <w:t>4.</w:t>
            </w:r>
          </w:p>
        </w:tc>
        <w:tc>
          <w:tcPr>
            <w:tcW w:w="3650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3601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2367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shd w:fill="F7F9FA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0B2239"/>
                <w:sz w:val="16"/>
              </w:rPr>
              <w:t>5.</w:t>
            </w:r>
          </w:p>
        </w:tc>
        <w:tc>
          <w:tcPr>
            <w:tcW w:w="3650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3601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/>
            </w:r>
          </w:p>
        </w:tc>
        <w:tc>
          <w:tcPr>
            <w:tcW w:w="2367" w:type="dxa"/>
            <w:tcBorders>
              <w:top w:val="single" w:sz="6" w:space="0" w:color="D4DFE4"/>
              <w:start w:val="single" w:sz="6" w:space="0" w:color="D4DFE4"/>
              <w:bottom w:val="single" w:sz="6" w:space="0" w:color="D4DFE4"/>
              <w:end w:val="single" w:sz="6" w:space="0" w:color="D4DFE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40" w:after="20"/>
        <w:rPr/>
      </w:pPr>
      <w:r>
        <w:rPr>
          <w:b w:val="false"/>
          <w:i/>
          <w:color w:val="667684"/>
          <w:sz w:val="13"/>
        </w:rPr>
        <w:t>* Proszę zaznaczyć krzyżykiem, jeśli dana osoba jest wpisana na listę doradców podatkowych.</w:t>
      </w:r>
    </w:p>
    <w:p>
      <w:pPr>
        <w:pStyle w:val="Normal"/>
        <w:keepNext w:val="true"/>
        <w:shd w:val="clear" w:fill="EDF2F4"/>
        <w:spacing w:lineRule="auto" w:line="240" w:before="80" w:after="80"/>
        <w:ind w:hanging="0" w:start="0" w:end="113"/>
        <w:rPr/>
      </w:pPr>
      <w:r>
        <w:rPr>
          <w:b/>
          <w:i w:val="false"/>
          <w:color w:val="0B2239"/>
          <w:sz w:val="16"/>
        </w:rPr>
        <w:t>FINANSOWANIE ZE ŚRODKÓW PUBLICZNYCH</w:t>
      </w:r>
    </w:p>
    <w:p>
      <w:pPr>
        <w:pStyle w:val="Normal"/>
        <w:spacing w:lineRule="auto" w:line="252" w:before="0" w:after="40"/>
        <w:rPr/>
      </w:pPr>
      <w:r>
        <w:rPr>
          <w:b w:val="false"/>
          <w:i w:val="false"/>
          <w:color w:val="17283A"/>
          <w:sz w:val="15"/>
        </w:rPr>
        <w:t>Oświadczam, że płatność za szkolenie będzie finansowana ze środków publicznych w wysokości:</w:t>
      </w:r>
    </w:p>
    <w:p>
      <w:pPr>
        <w:pStyle w:val="Normal"/>
        <w:spacing w:lineRule="auto" w:line="240" w:before="0" w:after="20"/>
        <w:rPr/>
      </w:pPr>
      <w:r>
        <w:rPr>
          <w:rFonts w:ascii="DejaVu Sans" w:hAnsi="DejaVu Sans"/>
          <w:b w:val="false"/>
          <w:i w:val="false"/>
          <w:color w:val="0B2239"/>
          <w:sz w:val="20"/>
        </w:rPr>
        <w:t>☐</w:t>
      </w:r>
      <w:r>
        <w:rPr>
          <w:b/>
          <w:i w:val="false"/>
          <w:color w:val="17283A"/>
          <w:sz w:val="16"/>
        </w:rPr>
        <w:t xml:space="preserve">  </w:t>
      </w:r>
      <w:r>
        <w:rPr>
          <w:b/>
          <w:i w:val="false"/>
          <w:color w:val="17283A"/>
          <w:sz w:val="16"/>
        </w:rPr>
        <w:t>100%</w:t>
      </w:r>
      <w:r>
        <w:rPr>
          <w:b w:val="false"/>
          <w:i w:val="false"/>
          <w:color w:val="17283A"/>
          <w:sz w:val="16"/>
        </w:rPr>
        <w:t xml:space="preserve">              </w:t>
      </w:r>
      <w:r>
        <w:rPr>
          <w:rFonts w:ascii="DejaVu Sans" w:hAnsi="DejaVu Sans"/>
          <w:b w:val="false"/>
          <w:i w:val="false"/>
          <w:color w:val="0B2239"/>
          <w:sz w:val="20"/>
        </w:rPr>
        <w:t>☐</w:t>
      </w:r>
      <w:r>
        <w:rPr>
          <w:b/>
          <w:i w:val="false"/>
          <w:color w:val="17283A"/>
          <w:sz w:val="16"/>
        </w:rPr>
        <w:t xml:space="preserve">  minimum 70%</w:t>
      </w:r>
    </w:p>
    <w:p>
      <w:pPr>
        <w:pStyle w:val="Normal"/>
        <w:spacing w:lineRule="auto" w:line="240" w:before="0" w:after="40"/>
        <w:rPr/>
      </w:pPr>
      <w:r>
        <w:rPr>
          <w:b w:val="false"/>
          <w:i/>
          <w:color w:val="667684"/>
          <w:sz w:val="13"/>
        </w:rPr>
        <w:t>* Proszę zaznaczyć wybraną opcję wyłącznie w przypadku finansowania szkolenia ze środków publicznych.</w:t>
      </w:r>
    </w:p>
    <w:p>
      <w:pPr>
        <w:pStyle w:val="Normal"/>
        <w:keepNext w:val="true"/>
        <w:shd w:val="clear" w:fill="EDF2F4"/>
        <w:spacing w:lineRule="auto" w:line="240" w:before="80" w:after="80"/>
        <w:ind w:hanging="0" w:start="0" w:end="113"/>
        <w:rPr/>
      </w:pPr>
      <w:r>
        <w:rPr>
          <w:b/>
          <w:i w:val="false"/>
          <w:color w:val="0B2239"/>
          <w:sz w:val="16"/>
        </w:rPr>
        <w:t>ZGODA NA PRZETWARZANIE DANYCH</w:t>
      </w:r>
    </w:p>
    <w:p>
      <w:pPr>
        <w:pStyle w:val="Normal"/>
        <w:spacing w:lineRule="auto" w:line="252" w:before="0" w:after="60"/>
        <w:rPr/>
      </w:pPr>
      <w:r>
        <w:rPr>
          <w:b w:val="false"/>
          <w:i w:val="false"/>
          <w:color w:val="17283A"/>
          <w:sz w:val="13"/>
        </w:rPr>
        <w:t>Wyrażam zgodę na przetwarzanie powyższych danych osobowych w celu realizacji zgłoszenia zgodnie z ustawą o ochronie danych osobowych (Dz.U. z 2018 r. poz. 1000), Rozporządzeniem Parlamentu Europejskiego i Rady (UE) 2016/679 z dnia 27.04.2016 r. oraz ustawą o świadczeniu usług drogą elektroniczną (Dz.U. nr 144 z 2002 r., poz. 1204 z późn. zm.).</w:t>
      </w:r>
    </w:p>
    <w:tbl>
      <w:tblPr>
        <w:tblW w:w="10317" w:type="dxa"/>
        <w:jc w:val="start"/>
        <w:tblInd w:w="120" w:type="dxa"/>
        <w:tblLayout w:type="fixed"/>
        <w:tblCellMar>
          <w:top w:w="50" w:type="dxa"/>
          <w:start w:w="120" w:type="dxa"/>
          <w:bottom w:w="40" w:type="dxa"/>
          <w:end w:w="120" w:type="dxa"/>
        </w:tblCellMar>
        <w:tblLook w:val="04a0" w:firstRow="1" w:noVBand="1" w:lastRow="0" w:firstColumn="1" w:lastColumn="0" w:noHBand="0"/>
      </w:tblPr>
      <w:tblGrid>
        <w:gridCol w:w="5158"/>
        <w:gridCol w:w="5159"/>
      </w:tblGrid>
      <w:tr>
        <w:trPr>
          <w:trHeight w:val="340" w:hRule="atLeast"/>
        </w:trPr>
        <w:tc>
          <w:tcPr>
            <w:tcW w:w="5158" w:type="dxa"/>
            <w:tcBorders>
              <w:bottom w:val="single" w:sz="8" w:space="0" w:color="B79557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59" w:type="dxa"/>
            <w:tcBorders>
              <w:bottom w:val="single" w:sz="8" w:space="0" w:color="B79557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5158" w:type="dxa"/>
            <w:tcBorders>
              <w:start w:val="single" w:sz="6" w:space="0" w:color="0B2239"/>
            </w:tcBorders>
            <w:tcMar>
              <w:top w:w="30" w:type="dxa"/>
              <w:bottom w:w="4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 w:val="false"/>
                <w:i w:val="false"/>
                <w:color w:val="667684"/>
                <w:sz w:val="12"/>
              </w:rPr>
              <w:t>Miejscowość i data</w:t>
            </w:r>
          </w:p>
        </w:tc>
        <w:tc>
          <w:tcPr>
            <w:tcW w:w="5159" w:type="dxa"/>
            <w:tcBorders>
              <w:end w:val="single" w:sz="6" w:space="0" w:color="0B2239"/>
            </w:tcBorders>
            <w:tcMar>
              <w:top w:w="30" w:type="dxa"/>
              <w:bottom w:w="4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 w:val="false"/>
                <w:i w:val="false"/>
                <w:color w:val="667684"/>
                <w:sz w:val="12"/>
              </w:rPr>
              <w:t>Imię i nazwisko zgłaszającego / podpis</w:t>
            </w:r>
          </w:p>
        </w:tc>
      </w:tr>
      <w:tr>
        <w:trPr>
          <w:trHeight w:val="680" w:hRule="atLeast"/>
        </w:trPr>
        <w:tc>
          <w:tcPr>
            <w:tcW w:w="10317" w:type="dxa"/>
            <w:gridSpan w:val="2"/>
            <w:tcBorders>
              <w:start w:val="single" w:sz="6" w:space="0" w:color="0B2239"/>
              <w:bottom w:val="single" w:sz="6" w:space="0" w:color="0B2239"/>
              <w:end w:val="single" w:sz="6" w:space="0" w:color="0B2239"/>
            </w:tcBorders>
            <w:shd w:fill="0B2239" w:val="clear"/>
            <w:tcMar>
              <w:top w:w="105" w:type="dxa"/>
              <w:bottom w:w="110" w:type="dxa"/>
            </w:tcMar>
          </w:tcPr>
          <w:p>
            <w:pPr>
              <w:pStyle w:val="Normal"/>
              <w:spacing w:lineRule="auto" w:line="240" w:before="0" w:after="20"/>
              <w:jc w:val="center"/>
              <w:rPr/>
            </w:pPr>
            <w:r>
              <w:rPr>
                <w:b/>
                <w:i w:val="false"/>
                <w:color w:val="B79557"/>
                <w:sz w:val="14"/>
              </w:rPr>
              <w:t>ZGŁOSZENIA PRZYJMUJEMY DO 11 WRZEŚNIA 2026 R.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FFFFFF"/>
                <w:sz w:val="14"/>
              </w:rPr>
              <w:t>maciejewski@doradcy.net.pl  |  nwalczyszyn@doradcy.net.pl</w:t>
            </w:r>
          </w:p>
        </w:tc>
      </w:tr>
    </w:tbl>
    <w:sectPr>
      <w:footerReference w:type="even" r:id="rId3"/>
      <w:footerReference w:type="default" r:id="rId4"/>
      <w:footerReference w:type="first" r:id="rId5"/>
      <w:type w:val="nextPage"/>
      <w:pgSz w:w="11906" w:h="16838"/>
      <w:pgMar w:left="794" w:right="794" w:gutter="0" w:header="0" w:top="454" w:footer="227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DejaVu Sans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center"/>
      <w:rPr/>
    </w:pPr>
    <w:r>
      <w:rPr>
        <w:b w:val="false"/>
        <w:i w:val="false"/>
        <w:color w:val="667684"/>
        <w:sz w:val="13"/>
      </w:rPr>
      <w:t>Kancelaria Doradcy Podatkowego Super Nowa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center"/>
      <w:rPr/>
    </w:pPr>
    <w:r>
      <w:rPr>
        <w:b w:val="false"/>
        <w:i w:val="false"/>
        <w:color w:val="667684"/>
        <w:sz w:val="13"/>
      </w:rPr>
      <w:t>Kancelaria Doradcy Podatkowego Super Nowa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64" w:before="0" w:after="60"/>
      <w:jc w:val="start"/>
    </w:pPr>
    <w:rPr>
      <w:rFonts w:ascii="Arial" w:hAnsi="Arial" w:eastAsia="ＭＳ 明朝" w:cs=""/>
      <w:color w:val="17283A"/>
      <w:kern w:val="0"/>
      <w:sz w:val="18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lineRule="auto" w:line="240" w:before="200" w:after="1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0B223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lineRule="auto" w:line="240" w:before="140" w:after="8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75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lineRule="auto" w:line="240" w:before="100" w:after="6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75D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6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8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val="0B2239"/>
      <w:spacing w:val="5"/>
      <w:kern w:val="2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spacing w:lineRule="auto" w:line="240" w:before="0" w:after="100"/>
    </w:pPr>
    <w:rPr>
      <w:rFonts w:ascii="Calibri" w:hAnsi="Calibri" w:eastAsia="ＭＳ ゴシック" w:cs="" w:asciiTheme="majorHAnsi" w:cstheme="majorBidi" w:eastAsiaTheme="majorEastAsia" w:hAnsiTheme="majorHAnsi"/>
      <w:b w:val="false"/>
      <w:i/>
      <w:iCs/>
      <w:color w:val="275D78"/>
      <w:spacing w:val="15"/>
      <w:sz w:val="21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6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6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6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6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6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6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6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6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6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FormTitle" w:customStyle="1">
    <w:name w:val="Form Title"/>
    <w:basedOn w:val="Normal"/>
    <w:qFormat/>
    <w:pPr>
      <w:spacing w:lineRule="auto" w:line="240" w:before="0" w:after="20"/>
    </w:pPr>
    <w:rPr>
      <w:rFonts w:ascii="Arial" w:hAnsi="Arial"/>
      <w:b/>
      <w:color w:val="0B2239"/>
      <w:sz w:val="43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LibreOffice/26.2.5.2$Windows_X86_64 LibreOffice_project/cd7284b4cbbfeb507e630c1aac019f4157393acb</Application>
  <AppVersion>15.0000</AppVersion>
  <Pages>1</Pages>
  <Words>176</Words>
  <Characters>1055</Characters>
  <CharactersWithSpaces>1213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Kancelaria Doradcy Podatkowego Super Nowa</dc:creator>
  <dc:description>generated by python-docx</dc:description>
  <dc:language>pl-PL</dc:language>
  <cp:lastModifiedBy/>
  <dcterms:modified xsi:type="dcterms:W3CDTF">2026-08-04T09:34:32Z</dcterms:modified>
  <cp:revision>5</cp:revision>
  <dc:subject>Karta zgłoszeniowa - 16 września 2026 r.</dc:subject>
  <dc:title>Karta zgłoszenia na szkolenie - Prawo Pracy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